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経費精算の申請手順書（スマートフォン・パソコン共通）</w:t>
      </w:r>
    </w:p>
    <w:p>
      <w:r>
        <w:rPr>
          <w:b w:val="0"/>
        </w:rPr>
        <w:t>対象：経費を立て替えた全スタッフ／所要時間：1件あたり約3分</w:t>
      </w:r>
    </w:p>
    <w:p>
      <w:r>
        <w:rPr>
          <w:b w:val="0"/>
        </w:rPr>
        <w:t>最終更新：2026年10月1日（架空の会社「ひだまり商事」向けの制作サンプルです）</w:t>
      </w:r>
    </w:p>
    <w:p>
      <w:pPr>
        <w:pStyle w:val="Heading1"/>
      </w:pPr>
      <w:r>
        <w:t>はじめに：この手順書でできること</w:t>
      </w:r>
    </w:p>
    <w:p>
      <w:pPr>
        <w:pStyle w:val="ListBullet"/>
      </w:pPr>
      <w:r>
        <w:rPr>
          <w:b w:val="0"/>
        </w:rPr>
        <w:t>立て替えた交通費・備品代などを、Googleフォームから申請できます</w:t>
      </w:r>
    </w:p>
    <w:p>
      <w:pPr>
        <w:pStyle w:val="ListBullet"/>
      </w:pPr>
      <w:r>
        <w:rPr>
          <w:b w:val="0"/>
        </w:rPr>
        <w:t>申請すると、経理担当に自動で通知が届きます。紙の申請書は不要です</w:t>
      </w:r>
    </w:p>
    <w:p>
      <w:pPr>
        <w:pStyle w:val="ListBullet"/>
      </w:pPr>
      <w:r>
        <w:rPr>
          <w:b/>
        </w:rPr>
        <w:t>締め切りは毎月25日です。</w:t>
      </w:r>
      <w:r>
        <w:rPr>
          <w:b w:val="0"/>
        </w:rPr>
        <w:t xml:space="preserve"> 25日を過ぎた申請は翌月の精算になります</w:t>
      </w:r>
    </w:p>
    <w:p>
      <w:pPr>
        <w:pStyle w:val="Heading1"/>
      </w:pPr>
      <w:r>
        <w:t>用意するもの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もの</w:t>
            </w:r>
          </w:p>
        </w:tc>
        <w:tc>
          <w:tcPr>
            <w:tcW w:type="dxa" w:w="4320"/>
          </w:tcPr>
          <w:p>
            <w:r>
              <w:rPr>
                <w:b/>
              </w:rPr>
              <w:t>注意点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領収書（レシート）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宛名・日付・金額・店名が読めるもの。感熱紙は早めに撮影してください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スマートフォンまたはパソコン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会社のGoogleアカウントでログインしておきます</w:t>
            </w:r>
          </w:p>
        </w:tc>
      </w:tr>
    </w:tbl>
    <w:p>
      <w:pPr>
        <w:pStyle w:val="Heading1"/>
      </w:pPr>
      <w:r>
        <w:t>手順1　申請フォームを開く</w:t>
      </w:r>
    </w:p>
    <w:p>
      <w:pPr>
        <w:pStyle w:val="ListNumber"/>
      </w:pPr>
      <w:r>
        <w:rPr>
          <w:b w:val="0"/>
        </w:rPr>
        <w:t xml:space="preserve">社内ポータルの「申請・届出」から </w:t>
      </w:r>
      <w:r>
        <w:rPr>
          <w:b/>
        </w:rPr>
        <w:t>「経費精算フォーム」</w:t>
      </w:r>
      <w:r>
        <w:rPr>
          <w:b w:val="0"/>
        </w:rPr>
        <w:t xml:space="preserve"> を押します</w:t>
      </w:r>
    </w:p>
    <w:p>
      <w:pPr>
        <w:pStyle w:val="ListNumber"/>
      </w:pPr>
      <w:r>
        <w:rPr>
          <w:b w:val="0"/>
        </w:rPr>
        <w:t>ログイン画面が出たら、会社のGoogleアカウント（@hidamari.example.jp）を選びます</w:t>
      </w:r>
    </w:p>
    <w:p>
      <w:r>
        <w:rPr>
          <w:b w:val="0"/>
        </w:rPr>
        <w:t>確認ポイント：画面の上に「経費精算フォーム」と表示されていれば正しいフォームです。</w:t>
      </w:r>
    </w:p>
    <w:p>
      <w:pPr>
        <w:pStyle w:val="Heading1"/>
      </w:pPr>
      <w:r>
        <w:t>手順2　申請内容を入力する</w:t>
      </w:r>
    </w:p>
    <w:p>
      <w:pPr>
        <w:pStyle w:val="ListNumber"/>
      </w:pPr>
      <w:r>
        <w:rPr>
          <w:b/>
        </w:rPr>
        <w:t>利用日</w:t>
      </w:r>
      <w:r>
        <w:rPr>
          <w:b w:val="0"/>
        </w:rPr>
        <w:t xml:space="preserve"> を選びます（領収書の日付と同じ日）</w:t>
      </w:r>
    </w:p>
    <w:p>
      <w:pPr>
        <w:pStyle w:val="ListNumber"/>
      </w:pPr>
      <w:r>
        <w:rPr>
          <w:b/>
        </w:rPr>
        <w:t>区分</w:t>
      </w:r>
      <w:r>
        <w:rPr>
          <w:b w:val="0"/>
        </w:rPr>
        <w:t xml:space="preserve"> を選びます：交通費／備品・消耗品／会議費／その他</w:t>
      </w:r>
    </w:p>
    <w:p>
      <w:pPr>
        <w:pStyle w:val="ListNumber"/>
      </w:pPr>
      <w:r>
        <w:rPr>
          <w:b/>
        </w:rPr>
        <w:t>金額（税込）</w:t>
      </w:r>
      <w:r>
        <w:rPr>
          <w:b w:val="0"/>
        </w:rPr>
        <w:t xml:space="preserve"> を半角数字で入力します。円やカンマは不要です（例：1280）</w:t>
      </w:r>
    </w:p>
    <w:p>
      <w:pPr>
        <w:pStyle w:val="ListNumber"/>
      </w:pPr>
      <w:r>
        <w:rPr>
          <w:b/>
        </w:rPr>
        <w:t>内容</w:t>
      </w:r>
      <w:r>
        <w:rPr>
          <w:b w:val="0"/>
        </w:rPr>
        <w:t xml:space="preserve"> に「何のために使ったか」を一文で書きます</w:t>
      </w:r>
    </w:p>
    <w:p>
      <w:pPr>
        <w:pStyle w:val="ListBullet"/>
      </w:pPr>
      <w:r>
        <w:rPr>
          <w:b w:val="0"/>
        </w:rPr>
        <w:t>良い例：「A社訪問（名古屋→栄）の往復電車代」</w:t>
      </w:r>
    </w:p>
    <w:p>
      <w:pPr>
        <w:pStyle w:val="ListBullet"/>
      </w:pPr>
      <w:r>
        <w:rPr>
          <w:b w:val="0"/>
        </w:rPr>
        <w:t>よくない例：「交通費」だけ</w:t>
      </w:r>
    </w:p>
    <w:p>
      <w:pPr>
        <w:pStyle w:val="ListNumber"/>
      </w:pPr>
      <w:r>
        <w:rPr>
          <w:b w:val="0"/>
        </w:rPr>
        <w:t xml:space="preserve">交通費の場合は </w:t>
      </w:r>
      <w:r>
        <w:rPr>
          <w:b/>
        </w:rPr>
        <w:t>出発地と到着地</w:t>
      </w:r>
      <w:r>
        <w:rPr>
          <w:b w:val="0"/>
        </w:rPr>
        <w:t xml:space="preserve"> も入力します</w:t>
      </w:r>
    </w:p>
    <w:p>
      <w:pPr>
        <w:pStyle w:val="Heading1"/>
      </w:pPr>
      <w:r>
        <w:t>手順3　領収書の写真を添付する</w:t>
      </w:r>
    </w:p>
    <w:p>
      <w:pPr>
        <w:pStyle w:val="ListNumber"/>
      </w:pPr>
      <w:r>
        <w:rPr>
          <w:b w:val="0"/>
        </w:rPr>
        <w:t>「ファイルを追加」を押し、領収書の写真を選びます</w:t>
      </w:r>
    </w:p>
    <w:p>
      <w:pPr>
        <w:pStyle w:val="ListNumber"/>
      </w:pPr>
      <w:r>
        <w:rPr>
          <w:b w:val="0"/>
        </w:rPr>
        <w:t xml:space="preserve">写真は </w:t>
      </w:r>
      <w:r>
        <w:rPr>
          <w:b/>
        </w:rPr>
        <w:t>領収書全体が写り、文字が読める</w:t>
      </w:r>
      <w:r>
        <w:rPr>
          <w:b w:val="0"/>
        </w:rPr>
        <w:t xml:space="preserve"> ものにしてください</w:t>
      </w:r>
    </w:p>
    <w:p>
      <w:pPr>
        <w:pStyle w:val="ListNumber"/>
      </w:pPr>
      <w:r>
        <w:rPr>
          <w:b w:val="0"/>
        </w:rPr>
        <w:t>1件の申請に、領収書は1枚だけ添付します（複数ある場合は申請を分けます）</w:t>
      </w:r>
    </w:p>
    <w:p>
      <w:r>
        <w:rPr>
          <w:b w:val="0"/>
        </w:rPr>
        <w:t>よくある間違い：影が入って金額が読めない／斜めに撮って店名が切れている。撮り直しをお願いすることがあります。</w:t>
      </w:r>
    </w:p>
    <w:p>
      <w:pPr>
        <w:pStyle w:val="Heading1"/>
      </w:pPr>
      <w:r>
        <w:t>手順4　送信して、受付メールを確認する</w:t>
      </w:r>
    </w:p>
    <w:p>
      <w:pPr>
        <w:pStyle w:val="ListNumber"/>
      </w:pPr>
      <w:r>
        <w:rPr>
          <w:b w:val="0"/>
        </w:rPr>
        <w:t>入力内容を見直し、「送信」を押します</w:t>
      </w:r>
    </w:p>
    <w:p>
      <w:pPr>
        <w:pStyle w:val="ListNumber"/>
      </w:pPr>
      <w:r>
        <w:rPr>
          <w:b w:val="0"/>
        </w:rPr>
        <w:t xml:space="preserve">数分以内に、会社のメールに </w:t>
      </w:r>
      <w:r>
        <w:rPr>
          <w:b/>
        </w:rPr>
        <w:t>「【受付】経費精算」</w:t>
      </w:r>
      <w:r>
        <w:rPr>
          <w:b w:val="0"/>
        </w:rPr>
        <w:t xml:space="preserve"> という件名のメールが届きます</w:t>
      </w:r>
    </w:p>
    <w:p>
      <w:pPr>
        <w:pStyle w:val="ListNumber"/>
      </w:pPr>
      <w:r>
        <w:rPr>
          <w:b w:val="0"/>
        </w:rPr>
        <w:t>メールが届かない場合は、迷惑メールフォルダを確認し、それでもなければ経理担当へ連絡してください</w:t>
      </w:r>
    </w:p>
    <w:p>
      <w:pPr>
        <w:pStyle w:val="Heading1"/>
      </w:pPr>
      <w:r>
        <w:t>困ったときは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こんなとき</w:t>
            </w:r>
          </w:p>
        </w:tc>
        <w:tc>
          <w:tcPr>
            <w:tcW w:type="dxa" w:w="4320"/>
          </w:tcPr>
          <w:p>
            <w:r>
              <w:rPr>
                <w:b/>
              </w:rPr>
              <w:t>どうする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送信したあとに間違いに気づいた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もう一度正しい内容で申請し、内容欄に「○日申請分の訂正」と書く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領収書をなくした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「その他」で申請し、内容欄に理由を書く（上長の確認が必要です）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25日を過ぎてしまった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そのまま申請してください。翌月の精算になります</w:t>
            </w:r>
          </w:p>
        </w:tc>
      </w:tr>
    </w:tbl>
    <w:p>
      <w:r>
        <w:rPr>
          <w:b w:val="0"/>
        </w:rPr>
        <w:t>問い合わせ先：経理担当（keiri@hidamari.example.jp）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Yu Gothic" w:hAnsi="Yu Gothic" w:eastAsia="Yu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Yu Gothic" w:hAnsi="Yu Gothic" w:eastAsia="Yu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Yu Gothic" w:hAnsi="Yu Gothic" w:eastAsia="Yu Gothic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Yu Gothic" w:hAnsi="Yu Gothic" w:eastAsia="Yu Gothic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